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89560C" w14:textId="491ED0A6" w:rsidR="00047990" w:rsidRDefault="0004543D">
      <w:pPr>
        <w:spacing w:after="40"/>
        <w:jc w:val="right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2026年</w:t>
      </w:r>
      <w:r w:rsidR="00A33DF5">
        <w:rPr>
          <w:rFonts w:ascii="ＭＳ 明朝" w:eastAsia="ＭＳ 明朝" w:hAnsi="ＭＳ 明朝"/>
          <w:sz w:val="21"/>
          <w:lang w:eastAsia="ja-JP"/>
        </w:rPr>
        <w:t>8</w:t>
      </w:r>
      <w:r>
        <w:rPr>
          <w:rFonts w:ascii="ＭＳ 明朝" w:eastAsia="ＭＳ 明朝" w:hAnsi="ＭＳ 明朝"/>
          <w:sz w:val="21"/>
          <w:lang w:eastAsia="ja-JP"/>
        </w:rPr>
        <w:t>月吉日</w:t>
      </w:r>
    </w:p>
    <w:p w14:paraId="6CB6EA44" w14:textId="491721D4" w:rsidR="00047990" w:rsidRDefault="0004543D">
      <w:pPr>
        <w:spacing w:after="240"/>
        <w:rPr>
          <w:lang w:eastAsia="ja-JP"/>
        </w:rPr>
      </w:pPr>
      <w:r>
        <w:rPr>
          <w:rFonts w:ascii="ＭＳ 明朝" w:eastAsia="ＭＳ 明朝" w:hAnsi="ＭＳ 明朝"/>
          <w:b/>
          <w:lang w:eastAsia="ja-JP"/>
        </w:rPr>
        <w:t>各研究協力機関　施設長・放射線技術部門長</w:t>
      </w:r>
      <w:r w:rsidR="00B97F84">
        <w:rPr>
          <w:rFonts w:ascii="ＭＳ 明朝" w:eastAsia="ＭＳ 明朝" w:hAnsi="ＭＳ 明朝" w:hint="eastAsia"/>
          <w:b/>
          <w:lang w:eastAsia="ja-JP"/>
        </w:rPr>
        <w:t>・モダリティ担当責任者</w:t>
      </w:r>
      <w:r>
        <w:rPr>
          <w:rFonts w:ascii="ＭＳ 明朝" w:eastAsia="ＭＳ 明朝" w:hAnsi="ＭＳ 明朝"/>
          <w:b/>
          <w:lang w:eastAsia="ja-JP"/>
        </w:rPr>
        <w:t xml:space="preserve">　</w:t>
      </w:r>
      <w:r w:rsidR="00B97F84">
        <w:rPr>
          <w:rFonts w:ascii="ＭＳ 明朝" w:eastAsia="ＭＳ 明朝" w:hAnsi="ＭＳ 明朝" w:hint="eastAsia"/>
          <w:b/>
          <w:lang w:eastAsia="ja-JP"/>
        </w:rPr>
        <w:t>様</w:t>
      </w:r>
    </w:p>
    <w:p w14:paraId="133A5A87" w14:textId="1E4CF902" w:rsidR="0082206E" w:rsidRPr="0082206E" w:rsidRDefault="0004543D" w:rsidP="0082206E">
      <w:pPr>
        <w:spacing w:after="280"/>
        <w:jc w:val="right"/>
        <w:rPr>
          <w:rFonts w:ascii="ＭＳ 明朝" w:eastAsia="ＭＳ 明朝" w:hAnsi="ＭＳ 明朝"/>
          <w:sz w:val="19"/>
          <w:lang w:eastAsia="ja-JP"/>
        </w:rPr>
      </w:pPr>
      <w:r>
        <w:rPr>
          <w:rFonts w:ascii="ＭＳ 明朝" w:eastAsia="ＭＳ 明朝" w:hAnsi="ＭＳ 明朝"/>
          <w:sz w:val="19"/>
          <w:lang w:eastAsia="ja-JP"/>
        </w:rPr>
        <w:t>【研究代表者】</w:t>
      </w:r>
      <w:r>
        <w:rPr>
          <w:rFonts w:ascii="ＭＳ 明朝" w:eastAsia="ＭＳ 明朝" w:hAnsi="ＭＳ 明朝"/>
          <w:sz w:val="19"/>
          <w:lang w:eastAsia="ja-JP"/>
        </w:rPr>
        <w:br/>
        <w:t>森ノ宮医療大学 医療技術学部 診療放射線学科 助教　小林 弘幸</w:t>
      </w:r>
      <w:r>
        <w:rPr>
          <w:rFonts w:ascii="ＭＳ 明朝" w:eastAsia="ＭＳ 明朝" w:hAnsi="ＭＳ 明朝"/>
          <w:sz w:val="19"/>
          <w:lang w:eastAsia="ja-JP"/>
        </w:rPr>
        <w:br/>
        <w:t>【研究分担者】</w:t>
      </w:r>
      <w:r>
        <w:rPr>
          <w:rFonts w:ascii="ＭＳ 明朝" w:eastAsia="ＭＳ 明朝" w:hAnsi="ＭＳ 明朝"/>
          <w:sz w:val="19"/>
          <w:lang w:eastAsia="ja-JP"/>
        </w:rPr>
        <w:br/>
        <w:t>みなみ野循環器病院 放射線技術部 部長　望月 純二</w:t>
      </w:r>
      <w:r>
        <w:rPr>
          <w:rFonts w:ascii="ＭＳ 明朝" w:eastAsia="ＭＳ 明朝" w:hAnsi="ＭＳ 明朝"/>
          <w:sz w:val="19"/>
          <w:lang w:eastAsia="ja-JP"/>
        </w:rPr>
        <w:br/>
        <w:t>東京都立大学 健康福祉学部 助教　大平 新吾</w:t>
      </w:r>
      <w:r w:rsidR="0082206E">
        <w:rPr>
          <w:rFonts w:ascii="ＭＳ 明朝" w:eastAsia="ＭＳ 明朝" w:hAnsi="ＭＳ 明朝"/>
          <w:sz w:val="19"/>
          <w:lang w:eastAsia="ja-JP"/>
        </w:rPr>
        <w:br/>
      </w:r>
      <w:r w:rsidR="0082206E" w:rsidRPr="0082206E">
        <w:rPr>
          <w:sz w:val="19"/>
          <w:szCs w:val="19"/>
          <w:lang w:eastAsia="ja-JP"/>
        </w:rPr>
        <w:t>兵庫医科大学病院</w:t>
      </w:r>
      <w:r w:rsidR="0068389F">
        <w:rPr>
          <w:rFonts w:hint="eastAsia"/>
          <w:sz w:val="19"/>
          <w:szCs w:val="19"/>
          <w:lang w:eastAsia="ja-JP"/>
        </w:rPr>
        <w:t xml:space="preserve">   </w:t>
      </w:r>
      <w:r w:rsidR="0082206E" w:rsidRPr="0082206E">
        <w:rPr>
          <w:sz w:val="19"/>
          <w:szCs w:val="19"/>
          <w:lang w:eastAsia="ja-JP"/>
        </w:rPr>
        <w:t>放射線技術部</w:t>
      </w:r>
      <w:r w:rsidR="0068389F">
        <w:rPr>
          <w:rFonts w:hint="eastAsia"/>
          <w:sz w:val="19"/>
          <w:szCs w:val="19"/>
          <w:lang w:eastAsia="ja-JP"/>
        </w:rPr>
        <w:t xml:space="preserve">   </w:t>
      </w:r>
      <w:r w:rsidR="0082206E" w:rsidRPr="0082206E">
        <w:rPr>
          <w:sz w:val="19"/>
          <w:szCs w:val="19"/>
          <w:lang w:eastAsia="ja-JP"/>
        </w:rPr>
        <w:t>係長</w:t>
      </w:r>
      <w:r w:rsidR="00361CF3">
        <w:rPr>
          <w:rFonts w:hint="eastAsia"/>
          <w:sz w:val="19"/>
          <w:szCs w:val="19"/>
          <w:lang w:eastAsia="ja-JP"/>
        </w:rPr>
        <w:t xml:space="preserve">　</w:t>
      </w:r>
      <w:r w:rsidR="0082206E" w:rsidRPr="0082206E">
        <w:rPr>
          <w:sz w:val="19"/>
          <w:szCs w:val="19"/>
          <w:lang w:eastAsia="ja-JP"/>
        </w:rPr>
        <w:t>桐木</w:t>
      </w:r>
      <w:r w:rsidR="0068389F">
        <w:rPr>
          <w:rFonts w:hint="eastAsia"/>
          <w:sz w:val="19"/>
          <w:szCs w:val="19"/>
          <w:lang w:eastAsia="ja-JP"/>
        </w:rPr>
        <w:t xml:space="preserve">  </w:t>
      </w:r>
      <w:r w:rsidR="0082206E" w:rsidRPr="0082206E">
        <w:rPr>
          <w:sz w:val="19"/>
          <w:szCs w:val="19"/>
          <w:lang w:eastAsia="ja-JP"/>
        </w:rPr>
        <w:t>雅人</w:t>
      </w:r>
    </w:p>
    <w:p w14:paraId="5D3BE122" w14:textId="77777777" w:rsidR="00047990" w:rsidRDefault="0004543D">
      <w:pPr>
        <w:spacing w:before="120" w:after="28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24"/>
          <w:lang w:eastAsia="ja-JP"/>
        </w:rPr>
        <w:t>Dual Energy CTの臨床活用における実態調査（アンケート調査）へのご協力のお願い</w:t>
      </w:r>
    </w:p>
    <w:p w14:paraId="5D38C8E4" w14:textId="77777777" w:rsidR="00047990" w:rsidRDefault="0004543D">
      <w:pPr>
        <w:spacing w:after="160" w:line="288" w:lineRule="auto"/>
        <w:rPr>
          <w:lang w:eastAsia="ja-JP"/>
        </w:rPr>
      </w:pPr>
      <w:r>
        <w:rPr>
          <w:rFonts w:ascii="ＭＳ 明朝" w:eastAsia="ＭＳ 明朝" w:hAnsi="ＭＳ 明朝"/>
          <w:sz w:val="20"/>
          <w:lang w:eastAsia="ja-JP"/>
        </w:rPr>
        <w:t>拝啓　時下益々ご清栄のこととお慶び申し上げます。</w:t>
      </w:r>
      <w:r>
        <w:rPr>
          <w:rFonts w:ascii="ＭＳ 明朝" w:eastAsia="ＭＳ 明朝" w:hAnsi="ＭＳ 明朝"/>
          <w:sz w:val="20"/>
          <w:lang w:eastAsia="ja-JP"/>
        </w:rPr>
        <w:br/>
        <w:t xml:space="preserve">　平素より放射線医療の向上および技術発展に格別のご高配を賜り、厚く御礼申し上げます。</w:t>
      </w:r>
      <w:r>
        <w:rPr>
          <w:rFonts w:ascii="ＭＳ 明朝" w:eastAsia="ＭＳ 明朝" w:hAnsi="ＭＳ 明朝"/>
          <w:sz w:val="20"/>
          <w:lang w:eastAsia="ja-JP"/>
        </w:rPr>
        <w:br/>
        <w:t xml:space="preserve">　さて、近年普及が進むDual Energy CT（DECT）は臨床分野で不可欠な技術となっていますが、装置の実装方式や解析目的に応じた線量基準（DRLs）の整備は途上段階にあります。本研究グループでは、全国の臨床現場におけるDECT運用実態および線量設定を把握し、将来的な撮影条件標準化に向けた基礎データを構築することを目的として、本アンケート調査を実施することといたしました。</w:t>
      </w:r>
    </w:p>
    <w:p w14:paraId="667FB01D" w14:textId="77777777" w:rsidR="00047990" w:rsidRDefault="0004543D">
      <w:pPr>
        <w:rPr>
          <w:lang w:eastAsia="ja-JP"/>
        </w:rPr>
      </w:pPr>
      <w:r>
        <w:rPr>
          <w:rFonts w:ascii="ＭＳ 明朝" w:eastAsia="ＭＳ 明朝" w:hAnsi="ＭＳ 明朝"/>
          <w:sz w:val="20"/>
          <w:lang w:eastAsia="ja-JP"/>
        </w:rPr>
        <w:t>つきましては、ご多忙の折誠に恐縮ではございますが、本趣旨をご理解いただき、下記要領にてご協力賜りますようお願い申し上げます。</w:t>
      </w:r>
    </w:p>
    <w:p w14:paraId="4B9427D8" w14:textId="77777777" w:rsidR="00047990" w:rsidRDefault="0004543D">
      <w:pPr>
        <w:spacing w:after="12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記</w:t>
      </w:r>
    </w:p>
    <w:p w14:paraId="0DC9651C" w14:textId="77777777" w:rsidR="00047990" w:rsidRDefault="0004543D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１．研究題目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Dual Energy CTの臨床活用における実態調査（アンケート調査）</w:t>
      </w:r>
    </w:p>
    <w:p w14:paraId="02389C45" w14:textId="77777777" w:rsidR="00047990" w:rsidRDefault="0004543D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２．調査目的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日本国内のDECT保有施設における装置依存性、撮影モード、線量指標（</w:t>
      </w:r>
      <w:proofErr w:type="spellStart"/>
      <w:r>
        <w:rPr>
          <w:rFonts w:ascii="ＭＳ 明朝" w:eastAsia="ＭＳ 明朝" w:hAnsi="ＭＳ 明朝"/>
          <w:sz w:val="19"/>
          <w:lang w:eastAsia="ja-JP"/>
        </w:rPr>
        <w:t>CTDIvol</w:t>
      </w:r>
      <w:proofErr w:type="spellEnd"/>
      <w:r>
        <w:rPr>
          <w:rFonts w:ascii="ＭＳ 明朝" w:eastAsia="ＭＳ 明朝" w:hAnsi="ＭＳ 明朝"/>
          <w:sz w:val="19"/>
          <w:lang w:eastAsia="ja-JP"/>
        </w:rPr>
        <w:t>, DLP）の実態を網羅的に把握し、臨床目的に応じた線量運用の妥当性を検証すること。</w:t>
      </w:r>
    </w:p>
    <w:p w14:paraId="50CFC647" w14:textId="77777777" w:rsidR="00047990" w:rsidRDefault="0004543D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３．入力・ご回答事項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配布の専用Excelシートを用い、以下の項目をご入力ください。</w:t>
      </w:r>
      <w:r>
        <w:rPr>
          <w:rFonts w:ascii="ＭＳ 明朝" w:eastAsia="ＭＳ 明朝" w:hAnsi="ＭＳ 明朝"/>
          <w:sz w:val="19"/>
          <w:lang w:eastAsia="ja-JP"/>
        </w:rPr>
        <w:br/>
        <w:t>① 装置情報（メーカー、機種名、ソフトウェアバージョン、検出器列数）</w:t>
      </w:r>
      <w:r>
        <w:rPr>
          <w:rFonts w:ascii="ＭＳ 明朝" w:eastAsia="ＭＳ 明朝" w:hAnsi="ＭＳ 明朝"/>
          <w:sz w:val="19"/>
          <w:lang w:eastAsia="ja-JP"/>
        </w:rPr>
        <w:br/>
        <w:t>② 撮影モード・運用パラメータ（使用</w:t>
      </w:r>
      <w:proofErr w:type="spellStart"/>
      <w:r>
        <w:rPr>
          <w:rFonts w:ascii="ＭＳ 明朝" w:eastAsia="ＭＳ 明朝" w:hAnsi="ＭＳ 明朝"/>
          <w:sz w:val="19"/>
          <w:lang w:eastAsia="ja-JP"/>
        </w:rPr>
        <w:t>kVp</w:t>
      </w:r>
      <w:proofErr w:type="spellEnd"/>
      <w:r>
        <w:rPr>
          <w:rFonts w:ascii="ＭＳ 明朝" w:eastAsia="ＭＳ 明朝" w:hAnsi="ＭＳ 明朝"/>
          <w:sz w:val="19"/>
          <w:lang w:eastAsia="ja-JP"/>
        </w:rPr>
        <w:t>ペア、付加フィルタ有無等）</w:t>
      </w:r>
      <w:r>
        <w:rPr>
          <w:rFonts w:ascii="ＭＳ 明朝" w:eastAsia="ＭＳ 明朝" w:hAnsi="ＭＳ 明朝"/>
          <w:sz w:val="19"/>
          <w:lang w:eastAsia="ja-JP"/>
        </w:rPr>
        <w:br/>
        <w:t>③ 代表的臨床領域の線量指標（頭部、胸部、腹部、整形等の標準プロトコルまたは直近20症例の平均値）</w:t>
      </w:r>
    </w:p>
    <w:p w14:paraId="4DF66903" w14:textId="77777777" w:rsidR="00047990" w:rsidRDefault="0004543D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４．患者情報の保護およびオプトアウト運用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・本調査で収集するデータは完全に匿名化された施設単位の集計値（標準設定値または統計的平均値）であり、患者個人の識別情報は一切含まれません。</w:t>
      </w:r>
      <w:r>
        <w:rPr>
          <w:rFonts w:ascii="ＭＳ 明朝" w:eastAsia="ＭＳ 明朝" w:hAnsi="ＭＳ 明朝"/>
          <w:sz w:val="19"/>
          <w:lang w:eastAsia="ja-JP"/>
        </w:rPr>
        <w:br/>
        <w:t>・臨床データ利用に伴う情報公開（オプトアウト）のため、研究代表者が作成した「情報公開文書（ひな形）」を添えて共有いたします。各施設においてWEB掲載や院内掲示等でご活用・周知をお願いいたします。</w:t>
      </w:r>
    </w:p>
    <w:p w14:paraId="0127730F" w14:textId="77777777" w:rsidR="00047990" w:rsidRDefault="0004543D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５．研究協力費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学術研究を目的とした調査のため、協力費（謝礼）はございません。あらかじめご了承いただけますようお願い申し上げます。</w:t>
      </w:r>
    </w:p>
    <w:p w14:paraId="69DC4182" w14:textId="6899AE2B" w:rsidR="00085092" w:rsidRPr="00085092" w:rsidRDefault="00085092" w:rsidP="00085092">
      <w:pPr>
        <w:spacing w:after="80"/>
        <w:ind w:left="288"/>
        <w:rPr>
          <w:rFonts w:ascii="ＭＳ ゴシック" w:eastAsia="ＭＳ ゴシック" w:hAnsi="ＭＳ ゴシック"/>
          <w:b/>
          <w:sz w:val="20"/>
          <w:lang w:eastAsia="ja-JP"/>
        </w:rPr>
      </w:pPr>
      <w:r w:rsidRPr="00085092">
        <w:rPr>
          <w:rFonts w:ascii="ＭＳ ゴシック" w:eastAsia="ＭＳ ゴシック" w:hAnsi="ＭＳ ゴシック" w:hint="eastAsia"/>
          <w:b/>
          <w:sz w:val="20"/>
          <w:lang w:eastAsia="ja-JP"/>
        </w:rPr>
        <w:t>６．提出書類および提出方法</w:t>
      </w:r>
    </w:p>
    <w:p w14:paraId="7DF8E995" w14:textId="7A1B5D80" w:rsidR="00085092" w:rsidRPr="00147668" w:rsidRDefault="00085092" w:rsidP="002B1294">
      <w:pPr>
        <w:spacing w:after="80"/>
        <w:ind w:left="288"/>
        <w:rPr>
          <w:rFonts w:asciiTheme="minorEastAsia" w:hAnsiTheme="minorEastAsia"/>
          <w:bCs/>
          <w:sz w:val="19"/>
          <w:szCs w:val="19"/>
          <w:lang w:eastAsia="ja-JP"/>
        </w:rPr>
      </w:pPr>
      <w:r w:rsidRPr="00147668">
        <w:rPr>
          <w:rFonts w:asciiTheme="minorEastAsia" w:hAnsiTheme="minorEastAsia" w:hint="eastAsia"/>
          <w:bCs/>
          <w:sz w:val="19"/>
          <w:szCs w:val="19"/>
          <w:lang w:eastAsia="ja-JP"/>
        </w:rPr>
        <w:lastRenderedPageBreak/>
        <w:t>ご回答を入力した「アンケートExcelファイル」を、下記提出先メールアドレス宛に電子メールでご提出ください。</w:t>
      </w:r>
    </w:p>
    <w:p w14:paraId="38008D75" w14:textId="358F2C09" w:rsidR="00085092" w:rsidRPr="00147668" w:rsidRDefault="00085092" w:rsidP="00085092">
      <w:pPr>
        <w:spacing w:after="80"/>
        <w:ind w:left="288"/>
        <w:rPr>
          <w:rFonts w:asciiTheme="minorEastAsia" w:hAnsiTheme="minorEastAsia"/>
          <w:bCs/>
          <w:sz w:val="19"/>
          <w:szCs w:val="19"/>
          <w:lang w:eastAsia="ja-JP"/>
        </w:rPr>
      </w:pPr>
      <w:r w:rsidRPr="00147668">
        <w:rPr>
          <w:rFonts w:asciiTheme="minorEastAsia" w:hAnsiTheme="minorEastAsia" w:hint="eastAsia"/>
          <w:bCs/>
          <w:sz w:val="19"/>
          <w:szCs w:val="19"/>
          <w:lang w:eastAsia="ja-JP"/>
        </w:rPr>
        <w:t>本調査の趣旨および研究におけるデータの取扱いをご確認いただき、各施設において必要な倫理審査、研究実施許可その他の院内手続を完了した上で、Excelファイルをご提出ください。</w:t>
      </w:r>
    </w:p>
    <w:p w14:paraId="07631CBF" w14:textId="6B53CAD7" w:rsidR="00085092" w:rsidRPr="00147668" w:rsidRDefault="00085092" w:rsidP="00085092">
      <w:pPr>
        <w:spacing w:after="80"/>
        <w:ind w:left="288"/>
        <w:rPr>
          <w:rFonts w:asciiTheme="minorEastAsia" w:hAnsiTheme="minorEastAsia"/>
          <w:bCs/>
          <w:sz w:val="19"/>
          <w:szCs w:val="19"/>
          <w:lang w:eastAsia="ja-JP"/>
        </w:rPr>
      </w:pPr>
      <w:r w:rsidRPr="00147668">
        <w:rPr>
          <w:rFonts w:asciiTheme="minorEastAsia" w:hAnsiTheme="minorEastAsia" w:hint="eastAsia"/>
          <w:bCs/>
          <w:sz w:val="19"/>
          <w:szCs w:val="19"/>
          <w:lang w:eastAsia="ja-JP"/>
        </w:rPr>
        <w:t>Excelファイルの提出をもって、本研究への協力および提出データを本研究の解析に使用することについて、施設として同意いただいたものとみなします。</w:t>
      </w:r>
    </w:p>
    <w:p w14:paraId="05D99F8C" w14:textId="77777777" w:rsidR="00085092" w:rsidRPr="00147668" w:rsidRDefault="00085092" w:rsidP="00085092">
      <w:pPr>
        <w:spacing w:after="80"/>
        <w:ind w:left="288"/>
        <w:rPr>
          <w:rFonts w:asciiTheme="minorEastAsia" w:hAnsiTheme="minorEastAsia"/>
          <w:bCs/>
          <w:sz w:val="19"/>
          <w:szCs w:val="19"/>
          <w:lang w:eastAsia="ja-JP"/>
        </w:rPr>
      </w:pPr>
      <w:r w:rsidRPr="00147668">
        <w:rPr>
          <w:rFonts w:asciiTheme="minorEastAsia" w:hAnsiTheme="minorEastAsia" w:hint="eastAsia"/>
          <w:bCs/>
          <w:sz w:val="19"/>
          <w:szCs w:val="19"/>
          <w:lang w:eastAsia="ja-JP"/>
        </w:rPr>
        <w:t>なお、Excelファイルの所定欄に、施設名、回答責任者の所属・役職・氏名および提出日をご入力ください。</w:t>
      </w:r>
    </w:p>
    <w:p w14:paraId="799BEB19" w14:textId="67821E84" w:rsidR="00047990" w:rsidRDefault="0004543D" w:rsidP="00085092">
      <w:pPr>
        <w:spacing w:after="80"/>
        <w:ind w:left="288"/>
        <w:rPr>
          <w:lang w:eastAsia="ja-JP"/>
        </w:rPr>
      </w:pPr>
      <w:r>
        <w:rPr>
          <w:rFonts w:ascii="ＭＳ ゴシック" w:eastAsia="ＭＳ ゴシック" w:hAnsi="ＭＳ ゴシック"/>
          <w:b/>
          <w:sz w:val="20"/>
          <w:lang w:eastAsia="ja-JP"/>
        </w:rPr>
        <w:t>７．提出期限</w:t>
      </w:r>
      <w:r>
        <w:rPr>
          <w:rFonts w:ascii="ＭＳ ゴシック" w:eastAsia="ＭＳ ゴシック" w:hAnsi="ＭＳ ゴシック"/>
          <w:b/>
          <w:sz w:val="20"/>
          <w:lang w:eastAsia="ja-JP"/>
        </w:rPr>
        <w:br/>
      </w:r>
      <w:r>
        <w:rPr>
          <w:rFonts w:ascii="ＭＳ 明朝" w:eastAsia="ＭＳ 明朝" w:hAnsi="ＭＳ 明朝"/>
          <w:sz w:val="19"/>
          <w:lang w:eastAsia="ja-JP"/>
        </w:rPr>
        <w:t>2026年 9月30日（水）必着</w:t>
      </w:r>
    </w:p>
    <w:p w14:paraId="6D9723C0" w14:textId="13AC4116" w:rsidR="00047990" w:rsidRDefault="0004543D">
      <w:pPr>
        <w:spacing w:after="80"/>
        <w:ind w:left="288"/>
      </w:pPr>
      <w:r>
        <w:rPr>
          <w:rFonts w:ascii="ＭＳ ゴシック" w:eastAsia="ＭＳ ゴシック" w:hAnsi="ＭＳ ゴシック"/>
          <w:b/>
          <w:sz w:val="20"/>
        </w:rPr>
        <w:t>８．問い合わせ・提出先</w:t>
      </w:r>
      <w:r>
        <w:rPr>
          <w:rFonts w:ascii="ＭＳ ゴシック" w:eastAsia="ＭＳ ゴシック" w:hAnsi="ＭＳ ゴシック"/>
          <w:b/>
          <w:sz w:val="20"/>
        </w:rPr>
        <w:br/>
      </w:r>
      <w:proofErr w:type="spellStart"/>
      <w:r>
        <w:rPr>
          <w:rFonts w:ascii="ＭＳ 明朝" w:eastAsia="ＭＳ 明朝" w:hAnsi="ＭＳ 明朝"/>
          <w:sz w:val="19"/>
        </w:rPr>
        <w:t>森ノ宮医療大学</w:t>
      </w:r>
      <w:proofErr w:type="spellEnd"/>
      <w:r>
        <w:rPr>
          <w:rFonts w:ascii="ＭＳ 明朝" w:eastAsia="ＭＳ 明朝" w:hAnsi="ＭＳ 明朝"/>
          <w:sz w:val="19"/>
        </w:rPr>
        <w:t xml:space="preserve"> </w:t>
      </w:r>
      <w:proofErr w:type="spellStart"/>
      <w:r>
        <w:rPr>
          <w:rFonts w:ascii="ＭＳ 明朝" w:eastAsia="ＭＳ 明朝" w:hAnsi="ＭＳ 明朝"/>
          <w:sz w:val="19"/>
        </w:rPr>
        <w:t>医療技術学部</w:t>
      </w:r>
      <w:proofErr w:type="spellEnd"/>
      <w:r>
        <w:rPr>
          <w:rFonts w:ascii="ＭＳ 明朝" w:eastAsia="ＭＳ 明朝" w:hAnsi="ＭＳ 明朝"/>
          <w:sz w:val="19"/>
        </w:rPr>
        <w:t xml:space="preserve"> </w:t>
      </w:r>
      <w:proofErr w:type="spellStart"/>
      <w:r>
        <w:rPr>
          <w:rFonts w:ascii="ＭＳ 明朝" w:eastAsia="ＭＳ 明朝" w:hAnsi="ＭＳ 明朝"/>
          <w:sz w:val="19"/>
        </w:rPr>
        <w:t>診療放射線学科</w:t>
      </w:r>
      <w:proofErr w:type="spellEnd"/>
      <w:r>
        <w:rPr>
          <w:rFonts w:ascii="ＭＳ 明朝" w:eastAsia="ＭＳ 明朝" w:hAnsi="ＭＳ 明朝"/>
          <w:sz w:val="19"/>
        </w:rPr>
        <w:t xml:space="preserve">　</w:t>
      </w:r>
      <w:proofErr w:type="spellStart"/>
      <w:r>
        <w:rPr>
          <w:rFonts w:ascii="ＭＳ 明朝" w:eastAsia="ＭＳ 明朝" w:hAnsi="ＭＳ 明朝"/>
          <w:sz w:val="19"/>
        </w:rPr>
        <w:t>助教</w:t>
      </w:r>
      <w:proofErr w:type="spellEnd"/>
      <w:r>
        <w:rPr>
          <w:rFonts w:ascii="ＭＳ 明朝" w:eastAsia="ＭＳ 明朝" w:hAnsi="ＭＳ 明朝"/>
          <w:sz w:val="19"/>
        </w:rPr>
        <w:t xml:space="preserve">　</w:t>
      </w:r>
      <w:proofErr w:type="spellStart"/>
      <w:r>
        <w:rPr>
          <w:rFonts w:ascii="ＭＳ 明朝" w:eastAsia="ＭＳ 明朝" w:hAnsi="ＭＳ 明朝"/>
          <w:sz w:val="19"/>
        </w:rPr>
        <w:t>小林</w:t>
      </w:r>
      <w:proofErr w:type="spellEnd"/>
      <w:r>
        <w:rPr>
          <w:rFonts w:ascii="ＭＳ 明朝" w:eastAsia="ＭＳ 明朝" w:hAnsi="ＭＳ 明朝"/>
          <w:sz w:val="19"/>
        </w:rPr>
        <w:t xml:space="preserve"> 弘幸</w:t>
      </w:r>
      <w:r>
        <w:rPr>
          <w:rFonts w:ascii="ＭＳ 明朝" w:eastAsia="ＭＳ 明朝" w:hAnsi="ＭＳ 明朝"/>
          <w:sz w:val="19"/>
        </w:rPr>
        <w:br/>
        <w:t>〒559-8611 大阪府大阪市住之江区南港北1-26-16</w:t>
      </w:r>
      <w:r>
        <w:rPr>
          <w:rFonts w:ascii="ＭＳ 明朝" w:eastAsia="ＭＳ 明朝" w:hAnsi="ＭＳ 明朝"/>
          <w:sz w:val="19"/>
        </w:rPr>
        <w:br/>
        <w:t xml:space="preserve">TEL: 06-6616-6911（代表） / E-mail: </w:t>
      </w:r>
      <w:r w:rsidR="00FE41F6">
        <w:rPr>
          <w:rFonts w:ascii="ＭＳ 明朝" w:eastAsia="ＭＳ 明朝" w:hAnsi="ＭＳ 明朝"/>
          <w:sz w:val="19"/>
        </w:rPr>
        <w:t>hiroyuki_</w:t>
      </w:r>
      <w:r>
        <w:rPr>
          <w:rFonts w:ascii="ＭＳ 明朝" w:eastAsia="ＭＳ 明朝" w:hAnsi="ＭＳ 明朝"/>
          <w:sz w:val="19"/>
        </w:rPr>
        <w:t>kobayashi@morinomiya-u.ac.jp</w:t>
      </w:r>
    </w:p>
    <w:p w14:paraId="5A437EC0" w14:textId="77777777" w:rsidR="00047990" w:rsidRDefault="0004543D">
      <w:pPr>
        <w:spacing w:before="160"/>
        <w:jc w:val="right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以上</w:t>
      </w:r>
    </w:p>
    <w:p w14:paraId="6A626B48" w14:textId="0771BEEF" w:rsidR="00047990" w:rsidRDefault="00047990">
      <w:pPr>
        <w:rPr>
          <w:lang w:eastAsia="ja-JP"/>
        </w:rPr>
      </w:pPr>
    </w:p>
    <w:sectPr w:rsidR="00047990" w:rsidSect="00034616">
      <w:pgSz w:w="12240" w:h="15840"/>
      <w:pgMar w:top="1411" w:right="1123" w:bottom="1411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189BCE" w14:textId="77777777" w:rsidR="00AC5C05" w:rsidRDefault="00AC5C05" w:rsidP="00085092">
      <w:pPr>
        <w:spacing w:after="0" w:line="240" w:lineRule="auto"/>
      </w:pPr>
      <w:r>
        <w:separator/>
      </w:r>
    </w:p>
  </w:endnote>
  <w:endnote w:type="continuationSeparator" w:id="0">
    <w:p w14:paraId="3B1C54E7" w14:textId="77777777" w:rsidR="00AC5C05" w:rsidRDefault="00AC5C05" w:rsidP="00085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97C943" w14:textId="77777777" w:rsidR="00AC5C05" w:rsidRDefault="00AC5C05" w:rsidP="00085092">
      <w:pPr>
        <w:spacing w:after="0" w:line="240" w:lineRule="auto"/>
      </w:pPr>
      <w:r>
        <w:separator/>
      </w:r>
    </w:p>
  </w:footnote>
  <w:footnote w:type="continuationSeparator" w:id="0">
    <w:p w14:paraId="62287C6F" w14:textId="77777777" w:rsidR="00AC5C05" w:rsidRDefault="00AC5C05" w:rsidP="00085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5338642">
    <w:abstractNumId w:val="8"/>
  </w:num>
  <w:num w:numId="2" w16cid:durableId="498690596">
    <w:abstractNumId w:val="6"/>
  </w:num>
  <w:num w:numId="3" w16cid:durableId="1841237374">
    <w:abstractNumId w:val="5"/>
  </w:num>
  <w:num w:numId="4" w16cid:durableId="2126348233">
    <w:abstractNumId w:val="4"/>
  </w:num>
  <w:num w:numId="5" w16cid:durableId="1763184669">
    <w:abstractNumId w:val="7"/>
  </w:num>
  <w:num w:numId="6" w16cid:durableId="1225070237">
    <w:abstractNumId w:val="3"/>
  </w:num>
  <w:num w:numId="7" w16cid:durableId="637033215">
    <w:abstractNumId w:val="2"/>
  </w:num>
  <w:num w:numId="8" w16cid:durableId="241721634">
    <w:abstractNumId w:val="1"/>
  </w:num>
  <w:num w:numId="9" w16cid:durableId="1650788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43D"/>
    <w:rsid w:val="00047990"/>
    <w:rsid w:val="0006063C"/>
    <w:rsid w:val="00085092"/>
    <w:rsid w:val="00147668"/>
    <w:rsid w:val="0015074B"/>
    <w:rsid w:val="00151893"/>
    <w:rsid w:val="0029639D"/>
    <w:rsid w:val="002B1294"/>
    <w:rsid w:val="00326F90"/>
    <w:rsid w:val="00361CF3"/>
    <w:rsid w:val="00483E4C"/>
    <w:rsid w:val="00662AD3"/>
    <w:rsid w:val="0068389F"/>
    <w:rsid w:val="006A3279"/>
    <w:rsid w:val="0082206E"/>
    <w:rsid w:val="00844A71"/>
    <w:rsid w:val="008F4BE1"/>
    <w:rsid w:val="00A05831"/>
    <w:rsid w:val="00A33DF5"/>
    <w:rsid w:val="00AA1D8D"/>
    <w:rsid w:val="00AC5C05"/>
    <w:rsid w:val="00B10A85"/>
    <w:rsid w:val="00B47730"/>
    <w:rsid w:val="00B97F84"/>
    <w:rsid w:val="00CB0664"/>
    <w:rsid w:val="00CE62B6"/>
    <w:rsid w:val="00E70538"/>
    <w:rsid w:val="00FC693F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5B3FA"/>
  <w14:defaultImageDpi w14:val="300"/>
  <w15:docId w15:val="{DEB97FC8-33CA-49B0-84DD-D07BCB6D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小林　弘幸</cp:lastModifiedBy>
  <cp:revision>14</cp:revision>
  <dcterms:created xsi:type="dcterms:W3CDTF">2026-07-23T09:55:00Z</dcterms:created>
  <dcterms:modified xsi:type="dcterms:W3CDTF">2026-08-25T09:27:00Z</dcterms:modified>
  <cp:category/>
</cp:coreProperties>
</file>